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5152C" w:rsidRPr="00616F7E" w:rsidRDefault="00000000">
      <w:pPr>
        <w:jc w:val="center"/>
        <w:rPr>
          <w:lang w:val="ru-RU"/>
        </w:rPr>
      </w:pPr>
      <w:r w:rsidRPr="00616F7E">
        <w:rPr>
          <w:b/>
          <w:sz w:val="28"/>
          <w:lang w:val="ru-RU"/>
        </w:rPr>
        <w:t>СОГЛАСИЕ</w:t>
      </w:r>
      <w:r w:rsidRPr="00616F7E">
        <w:rPr>
          <w:b/>
          <w:sz w:val="28"/>
          <w:lang w:val="ru-RU"/>
        </w:rPr>
        <w:br/>
        <w:t>на обработку персональных данных</w:t>
      </w:r>
    </w:p>
    <w:p w:rsidR="00A5152C" w:rsidRPr="00616F7E" w:rsidRDefault="00000000">
      <w:pPr>
        <w:rPr>
          <w:lang w:val="ru-RU"/>
        </w:rPr>
      </w:pPr>
      <w:r w:rsidRPr="00616F7E">
        <w:rPr>
          <w:lang w:val="ru-RU"/>
        </w:rPr>
        <w:t>Я, ________________________________________________________________</w:t>
      </w:r>
      <w:r w:rsidRPr="00616F7E">
        <w:rPr>
          <w:lang w:val="ru-RU"/>
        </w:rPr>
        <w:br/>
        <w:t>(фамилия, имя, отчество)</w:t>
      </w:r>
      <w:r w:rsidRPr="00616F7E">
        <w:rPr>
          <w:lang w:val="ru-RU"/>
        </w:rPr>
        <w:br/>
      </w:r>
      <w:r w:rsidRPr="00616F7E">
        <w:rPr>
          <w:lang w:val="ru-RU"/>
        </w:rPr>
        <w:br/>
        <w:t>даю своё согласие Власовой Галине Александровне (далее — оператор) на обработку моих персональных данных.</w:t>
      </w:r>
    </w:p>
    <w:p w:rsidR="00A5152C" w:rsidRPr="000C5BBE" w:rsidRDefault="00000000">
      <w:pPr>
        <w:rPr>
          <w:b/>
          <w:bCs/>
          <w:lang w:val="ru-RU"/>
        </w:rPr>
      </w:pPr>
      <w:r w:rsidRPr="00616F7E">
        <w:rPr>
          <w:lang w:val="ru-RU"/>
        </w:rPr>
        <w:t xml:space="preserve">Перечень персональных данных, на обработку которых даётся настоящее согласие: </w:t>
      </w:r>
      <w:r w:rsidRPr="000C5BBE">
        <w:rPr>
          <w:b/>
          <w:bCs/>
          <w:lang w:val="ru-RU"/>
        </w:rPr>
        <w:t>фамилия, имя, отчество, возраст, номер телефона, адрес электронной почты.</w:t>
      </w:r>
    </w:p>
    <w:p w:rsidR="00A5152C" w:rsidRPr="00616F7E" w:rsidRDefault="00000000">
      <w:pPr>
        <w:rPr>
          <w:lang w:val="ru-RU"/>
        </w:rPr>
      </w:pPr>
      <w:r w:rsidRPr="00616F7E">
        <w:rPr>
          <w:lang w:val="ru-RU"/>
        </w:rPr>
        <w:t>Цель обработки персональных данных: заключение и исполнение договора на оказание психологических услуг, ведение учёта клиентов и оформление документов, связанных с оказанием психологических услуг.</w:t>
      </w:r>
    </w:p>
    <w:p w:rsidR="00A5152C" w:rsidRPr="00616F7E" w:rsidRDefault="00000000">
      <w:pPr>
        <w:rPr>
          <w:lang w:val="ru-RU"/>
        </w:rPr>
      </w:pPr>
      <w:r w:rsidRPr="00616F7E">
        <w:rPr>
          <w:lang w:val="ru-RU"/>
        </w:rPr>
        <w:t>Обработка персональных данных включает сбор, запись, систематизацию, хранение, уточнение (обновление, изменение), использование, удаление и уничтожение, а также иные действия, необходимые для достижения указанной цели.</w:t>
      </w:r>
    </w:p>
    <w:p w:rsidR="00A5152C" w:rsidRPr="00616F7E" w:rsidRDefault="00000000">
      <w:pPr>
        <w:rPr>
          <w:lang w:val="ru-RU"/>
        </w:rPr>
      </w:pPr>
      <w:r w:rsidRPr="00616F7E">
        <w:rPr>
          <w:lang w:val="ru-RU"/>
        </w:rPr>
        <w:t>Обработка персональных данных осуществляется с использованием средств автоматизации и без использования средств автоматизации, в том числе посредством электронной почты для получения персональных данных и на бумажных носителях для их хранения.</w:t>
      </w:r>
    </w:p>
    <w:p w:rsidR="00A5152C" w:rsidRPr="00616F7E" w:rsidRDefault="00000000">
      <w:pPr>
        <w:rPr>
          <w:lang w:val="ru-RU"/>
        </w:rPr>
      </w:pPr>
      <w:r w:rsidRPr="00616F7E">
        <w:rPr>
          <w:lang w:val="ru-RU"/>
        </w:rPr>
        <w:t>Передача моих персональных данных третьим лицам не предусматривается, за исключением случаев, предусмотренных законодательством Российской Федерации.</w:t>
      </w:r>
    </w:p>
    <w:p w:rsidR="00A5152C" w:rsidRPr="00616F7E" w:rsidRDefault="00000000">
      <w:pPr>
        <w:rPr>
          <w:lang w:val="ru-RU"/>
        </w:rPr>
      </w:pPr>
      <w:r w:rsidRPr="00616F7E">
        <w:rPr>
          <w:lang w:val="ru-RU"/>
        </w:rPr>
        <w:t>Настоящее согласие действует до достижения целей обработки персональных данных либо до его отзыва, если иное не предусмотрено законодательством Российской Федерации.</w:t>
      </w:r>
    </w:p>
    <w:p w:rsidR="00A5152C" w:rsidRPr="00616F7E" w:rsidRDefault="00000000">
      <w:pPr>
        <w:rPr>
          <w:lang w:val="ru-RU"/>
        </w:rPr>
      </w:pPr>
      <w:r w:rsidRPr="00616F7E">
        <w:rPr>
          <w:lang w:val="ru-RU"/>
        </w:rPr>
        <w:t>Настоящее согласие может быть отозвано мною в любое время путём направления оператору письменного заявления, если иное не предусмотрено законодательством Российской Федерации.</w:t>
      </w:r>
    </w:p>
    <w:p w:rsidR="00A5152C" w:rsidRPr="00616F7E" w:rsidRDefault="00000000">
      <w:pPr>
        <w:rPr>
          <w:lang w:val="ru-RU"/>
        </w:rPr>
      </w:pPr>
      <w:r w:rsidRPr="00616F7E">
        <w:rPr>
          <w:lang w:val="ru-RU"/>
        </w:rPr>
        <w:t>Подтверждаю, что настоящее согласие предоставлено мной свободно, своей волей и в своём интересе.</w:t>
      </w:r>
    </w:p>
    <w:p w:rsidR="00A5152C" w:rsidRDefault="00000000">
      <w:r w:rsidRPr="00616F7E">
        <w:rPr>
          <w:lang w:val="ru-RU"/>
        </w:rPr>
        <w:br/>
      </w:r>
      <w:r>
        <w:t>«___» ______________ 20</w:t>
      </w:r>
      <w:r w:rsidR="00616F7E">
        <w:rPr>
          <w:lang w:val="ru-RU"/>
        </w:rPr>
        <w:t>26</w:t>
      </w:r>
      <w:r>
        <w:t xml:space="preserve"> г.  </w:t>
      </w:r>
      <w:r w:rsidR="00616F7E">
        <w:rPr>
          <w:lang w:val="ru-RU"/>
        </w:rPr>
        <w:t xml:space="preserve">    </w:t>
      </w:r>
      <w:r>
        <w:t xml:space="preserve">  __________________ / __________________________</w:t>
      </w:r>
      <w:r>
        <w:br/>
        <w:t xml:space="preserve">                                              </w:t>
      </w:r>
      <w:r w:rsidR="00616F7E">
        <w:rPr>
          <w:lang w:val="ru-RU"/>
        </w:rPr>
        <w:t xml:space="preserve">                    </w:t>
      </w:r>
      <w:proofErr w:type="gramStart"/>
      <w:r w:rsidR="00616F7E">
        <w:rPr>
          <w:lang w:val="ru-RU"/>
        </w:rPr>
        <w:t xml:space="preserve">   </w:t>
      </w:r>
      <w:r>
        <w:t>(</w:t>
      </w:r>
      <w:proofErr w:type="gramEnd"/>
      <w:r>
        <w:t>подпись)                 (ФИО)</w:t>
      </w:r>
    </w:p>
    <w:sectPr w:rsidR="00A5152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7830087">
    <w:abstractNumId w:val="8"/>
  </w:num>
  <w:num w:numId="2" w16cid:durableId="1053236527">
    <w:abstractNumId w:val="6"/>
  </w:num>
  <w:num w:numId="3" w16cid:durableId="143160432">
    <w:abstractNumId w:val="5"/>
  </w:num>
  <w:num w:numId="4" w16cid:durableId="358242935">
    <w:abstractNumId w:val="4"/>
  </w:num>
  <w:num w:numId="5" w16cid:durableId="762259287">
    <w:abstractNumId w:val="7"/>
  </w:num>
  <w:num w:numId="6" w16cid:durableId="1867475150">
    <w:abstractNumId w:val="3"/>
  </w:num>
  <w:num w:numId="7" w16cid:durableId="981156108">
    <w:abstractNumId w:val="2"/>
  </w:num>
  <w:num w:numId="8" w16cid:durableId="259073706">
    <w:abstractNumId w:val="1"/>
  </w:num>
  <w:num w:numId="9" w16cid:durableId="1543253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5BBE"/>
    <w:rsid w:val="0015074B"/>
    <w:rsid w:val="0029639D"/>
    <w:rsid w:val="00326F90"/>
    <w:rsid w:val="00616F7E"/>
    <w:rsid w:val="00A5152C"/>
    <w:rsid w:val="00AA1D8D"/>
    <w:rsid w:val="00AC36B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D7DE863-2FCA-BE46-8F8F-9F22427B6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4</cp:revision>
  <dcterms:created xsi:type="dcterms:W3CDTF">2026-09-08T08:23:00Z</dcterms:created>
  <dcterms:modified xsi:type="dcterms:W3CDTF">2026-09-29T10:02:00Z</dcterms:modified>
  <cp:category/>
</cp:coreProperties>
</file>